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2645A"/>
          <w:sz w:val="16"/>
        </w:rPr>
        <w:t>MOLDASPACE · EDITABLE WORKSHEET</w:t>
      </w:r>
    </w:p>
    <w:p>
      <w:pPr>
        <w:pStyle w:val="Title"/>
      </w:pPr>
      <w:r>
        <w:t>Interior design proposal</w:t>
      </w:r>
    </w:p>
    <w:p>
      <w:r>
        <w:t>[Studio name]</w:t>
        <w:br/>
        <w:t>[Studio contact details]</w:t>
      </w:r>
    </w:p>
    <w:p>
      <w:r>
        <w:t>Prepared for: [Client name]</w:t>
        <w:br/>
        <w:t>Project: [Project name and address]</w:t>
        <w:br/>
        <w:t>Rooms: [Included spaces]</w:t>
        <w:br/>
        <w:t>Prepared on: [Date]</w:t>
        <w:br/>
        <w:t>Proposed start: [Date]</w:t>
      </w:r>
    </w:p>
    <w:p>
      <w:r>
        <w:t>Replace every bracketed field. Add your own images and agreed business terms, delete these instructions, and export a PDF when ready to share. This document is a proposal worksheet; use your usual agreement and invoicing process to confirm the engagement.</w:t>
      </w:r>
    </w:p>
    <w:p>
      <w:pPr>
        <w:pStyle w:val="Heading1"/>
      </w:pPr>
      <w:r>
        <w:t>1. Project summary</w:t>
      </w:r>
    </w:p>
    <w:p>
      <w:r>
        <w:t>[Describe the space, the client's goal and the problem to solve in three sentences.]</w:t>
      </w:r>
    </w:p>
    <w:p>
      <w:r>
        <w:t>Decision requested: [What should the client approve after reading this proposal?]</w:t>
      </w:r>
    </w:p>
    <w:p>
      <w:pPr>
        <w:pStyle w:val="Heading1"/>
      </w:pPr>
      <w:r>
        <w:t>2. Visual direction</w:t>
      </w:r>
    </w:p>
    <w:p>
      <w:r>
        <w:t>[Describe the proposed atmosphere, materials and color palette. Separate reference ideas from confirmed product selections.]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shd w:fill="EEF3EE"/>
          </w:tcPr>
          <w:p>
            <w:r>
              <w:rPr>
                <w:b/>
              </w:rPr>
              <w:t>Starting view</w:t>
            </w:r>
          </w:p>
        </w:tc>
        <w:tc>
          <w:tcPr>
            <w:tcW w:type="dxa" w:w="5040"/>
            <w:shd w:fill="EEF3EE"/>
          </w:tcPr>
          <w:p>
            <w:r>
              <w:rPr>
                <w:b/>
              </w:rPr>
              <w:t>Proposed concept</w:t>
            </w:r>
          </w:p>
        </w:tc>
      </w:tr>
      <w:tr>
        <w:trPr>
          <w:cantSplit/>
        </w:trPr>
        <w:tc>
          <w:tcPr>
            <w:tcW w:type="dxa" w:w="5040"/>
          </w:tcPr>
          <w:p>
            <w:r>
              <w:t>[Insert source photo or model-view image]</w:t>
            </w:r>
          </w:p>
        </w:tc>
        <w:tc>
          <w:tcPr>
            <w:tcW w:type="dxa" w:w="5040"/>
          </w:tcPr>
          <w:p>
            <w:r>
              <w:t>[Insert reviewed concept render]</w:t>
            </w:r>
          </w:p>
        </w:tc>
      </w:tr>
      <w:tr>
        <w:trPr>
          <w:cantSplit/>
        </w:trPr>
        <w:tc>
          <w:tcPr>
            <w:tcW w:type="dxa" w:w="5040"/>
          </w:tcPr>
          <w:p>
            <w:r>
              <w:t>[Caption: current conditions or reference]</w:t>
            </w:r>
          </w:p>
        </w:tc>
        <w:tc>
          <w:tcPr>
            <w:tcW w:type="dxa" w:w="5040"/>
          </w:tcPr>
          <w:p>
            <w:r>
              <w:t>[Caption: what changes and what approval is needed]</w:t>
            </w:r>
          </w:p>
        </w:tc>
      </w:tr>
    </w:tbl>
    <w:p/>
    <w:p>
      <w:r>
        <w:t>Material palette: [Wall finish] · [Flooring] · [Furniture] · [Upholstery] · [Lighting]</w:t>
      </w:r>
    </w:p>
    <w:p>
      <w:r>
        <w:t>To verify: [Dimensions, availability, exact product references and details that the image does not establish.]</w:t>
      </w:r>
    </w:p>
    <w:p>
      <w:r>
        <w:br w:type="page"/>
      </w:r>
    </w:p>
    <w:p>
      <w:pPr>
        <w:pStyle w:val="Heading1"/>
      </w:pPr>
      <w:r>
        <w:t>3. Scope and deliverables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3360"/>
            <w:shd w:fill="EEF3EE"/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3360"/>
            <w:shd w:fill="EEF3EE"/>
          </w:tcPr>
          <w:p>
            <w:r>
              <w:rPr>
                <w:b/>
              </w:rPr>
              <w:t>Quantity / format</w:t>
            </w:r>
          </w:p>
        </w:tc>
        <w:tc>
          <w:tcPr>
            <w:tcW w:type="dxa" w:w="3360"/>
            <w:shd w:fill="EEF3EE"/>
          </w:tcPr>
          <w:p>
            <w:r>
              <w:rPr>
                <w:b/>
              </w:rPr>
              <w:t>Included revisions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[Concept directions]</w:t>
            </w:r>
          </w:p>
        </w:tc>
        <w:tc>
          <w:tcPr>
            <w:tcW w:type="dxa" w:w="3360"/>
          </w:tcPr>
          <w:p>
            <w:r>
              <w:t>[Number of concepts / boards]</w:t>
            </w:r>
          </w:p>
        </w:tc>
        <w:tc>
          <w:tcPr>
            <w:tcW w:type="dxa" w:w="3360"/>
          </w:tcPr>
          <w:p>
            <w:r>
              <w:t>[Rounds and feedback format]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[Rendered views]</w:t>
            </w:r>
          </w:p>
        </w:tc>
        <w:tc>
          <w:tcPr>
            <w:tcW w:type="dxa" w:w="3360"/>
          </w:tcPr>
          <w:p>
            <w:r>
              <w:t>[Number of views / image format]</w:t>
            </w:r>
          </w:p>
        </w:tc>
        <w:tc>
          <w:tcPr>
            <w:tcW w:type="dxa" w:w="3360"/>
          </w:tcPr>
          <w:p>
            <w:r>
              <w:t>[Rounds]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[Drawings or sourcing list]</w:t>
            </w:r>
          </w:p>
        </w:tc>
        <w:tc>
          <w:tcPr>
            <w:tcW w:type="dxa" w:w="3360"/>
          </w:tcPr>
          <w:p>
            <w:r>
              <w:t>[Specify exactly what is included]</w:t>
            </w:r>
          </w:p>
        </w:tc>
        <w:tc>
          <w:tcPr>
            <w:tcW w:type="dxa" w:w="3360"/>
          </w:tcPr>
          <w:p>
            <w:r>
              <w:t>[Rounds]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[Final presentation]</w:t>
            </w:r>
          </w:p>
        </w:tc>
        <w:tc>
          <w:tcPr>
            <w:tcW w:type="dxa" w:w="3360"/>
          </w:tcPr>
          <w:p>
            <w:r>
              <w:t>[PDF or other format]</w:t>
            </w:r>
          </w:p>
        </w:tc>
        <w:tc>
          <w:tcPr>
            <w:tcW w:type="dxa" w:w="3360"/>
          </w:tcPr>
          <w:p>
            <w:r>
              <w:t>[Final corrections]</w:t>
            </w:r>
          </w:p>
        </w:tc>
      </w:tr>
    </w:tbl>
    <w:p/>
    <w:p>
      <w:r>
        <w:t>Exclusions: [List work outside this scope, such as surveys, technical drawings, purchasing, installation or supervision.]</w:t>
      </w:r>
    </w:p>
    <w:p>
      <w:r>
        <w:t>Additional work: [Explain how changes to scope or extra revisions will be agreed and priced before work begins.]</w:t>
      </w:r>
    </w:p>
    <w:p>
      <w:pPr>
        <w:pStyle w:val="Heading1"/>
      </w:pPr>
      <w:r>
        <w:t>4. Schedule and client inputs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3360"/>
            <w:shd w:fill="EEF3EE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3360"/>
            <w:shd w:fill="EEF3EE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3360"/>
            <w:shd w:fill="EEF3EE"/>
          </w:tcPr>
          <w:p>
            <w:r>
              <w:rPr>
                <w:b/>
              </w:rPr>
              <w:t>Client input / dependency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Brief confirmed</w:t>
            </w:r>
          </w:p>
        </w:tc>
        <w:tc>
          <w:tcPr>
            <w:tcW w:type="dxa" w:w="3360"/>
          </w:tcPr>
          <w:p>
            <w:r>
              <w:t>[Date]</w:t>
            </w:r>
          </w:p>
        </w:tc>
        <w:tc>
          <w:tcPr>
            <w:tcW w:type="dxa" w:w="3360"/>
          </w:tcPr>
          <w:p>
            <w:r>
              <w:t>[Photos, measurements, budget, preferences]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First concepts</w:t>
            </w:r>
          </w:p>
        </w:tc>
        <w:tc>
          <w:tcPr>
            <w:tcW w:type="dxa" w:w="3360"/>
          </w:tcPr>
          <w:p>
            <w:r>
              <w:t>[Date]</w:t>
            </w:r>
          </w:p>
        </w:tc>
        <w:tc>
          <w:tcPr>
            <w:tcW w:type="dxa" w:w="3360"/>
          </w:tcPr>
          <w:p>
            <w:r>
              <w:t>[Decision needed and feedback deadline]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Revised concept</w:t>
            </w:r>
          </w:p>
        </w:tc>
        <w:tc>
          <w:tcPr>
            <w:tcW w:type="dxa" w:w="3360"/>
          </w:tcPr>
          <w:p>
            <w:r>
              <w:t>[Date]</w:t>
            </w:r>
          </w:p>
        </w:tc>
        <w:tc>
          <w:tcPr>
            <w:tcW w:type="dxa" w:w="3360"/>
          </w:tcPr>
          <w:p>
            <w:r>
              <w:t>[Consolidated feedback]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Final delivery</w:t>
            </w:r>
          </w:p>
        </w:tc>
        <w:tc>
          <w:tcPr>
            <w:tcW w:type="dxa" w:w="3360"/>
          </w:tcPr>
          <w:p>
            <w:r>
              <w:t>[Date]</w:t>
            </w:r>
          </w:p>
        </w:tc>
        <w:tc>
          <w:tcPr>
            <w:tcW w:type="dxa" w:w="3360"/>
          </w:tcPr>
          <w:p>
            <w:r>
              <w:t>[Final approval]</w:t>
            </w:r>
          </w:p>
        </w:tc>
      </w:tr>
    </w:tbl>
    <w:p/>
    <w:p>
      <w:r>
        <w:t>Schedule changes: [Explain how late inputs or changes to scope affect delivery dates.]</w:t>
      </w:r>
    </w:p>
    <w:p>
      <w:r>
        <w:br w:type="page"/>
      </w:r>
    </w:p>
    <w:p>
      <w:pPr>
        <w:pStyle w:val="Heading1"/>
      </w:pPr>
      <w:r>
        <w:t>5. Fees and purchasing budget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3360"/>
            <w:shd w:fill="EEF3EE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360"/>
            <w:shd w:fill="EEF3EE"/>
          </w:tcPr>
          <w:p>
            <w:r>
              <w:rPr>
                <w:b/>
              </w:rPr>
              <w:t>Amount / currency</w:t>
            </w:r>
          </w:p>
        </w:tc>
        <w:tc>
          <w:tcPr>
            <w:tcW w:type="dxa" w:w="3360"/>
            <w:shd w:fill="EEF3EE"/>
          </w:tcPr>
          <w:p>
            <w:r>
              <w:rPr>
                <w:b/>
              </w:rPr>
              <w:t>Included or separate?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Design services</w:t>
            </w:r>
          </w:p>
        </w:tc>
        <w:tc>
          <w:tcPr>
            <w:tcW w:type="dxa" w:w="3360"/>
          </w:tcPr>
          <w:p>
            <w:r>
              <w:t>[Amount]</w:t>
            </w:r>
          </w:p>
        </w:tc>
        <w:tc>
          <w:tcPr>
            <w:tcW w:type="dxa" w:w="3360"/>
          </w:tcPr>
          <w:p>
            <w:r>
              <w:t>[Covered deliverables]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Applicable taxes</w:t>
            </w:r>
          </w:p>
        </w:tc>
        <w:tc>
          <w:tcPr>
            <w:tcW w:type="dxa" w:w="3360"/>
          </w:tcPr>
          <w:p>
            <w:r>
              <w:t>[Amount / treatment]</w:t>
            </w:r>
          </w:p>
        </w:tc>
        <w:tc>
          <w:tcPr>
            <w:tcW w:type="dxa" w:w="3360"/>
          </w:tcPr>
          <w:p>
            <w:r>
              <w:t>[Specify]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Furniture and materials budget</w:t>
            </w:r>
          </w:p>
        </w:tc>
        <w:tc>
          <w:tcPr>
            <w:tcW w:type="dxa" w:w="3360"/>
          </w:tcPr>
          <w:p>
            <w:r>
              <w:t>[Amount or range]</w:t>
            </w:r>
          </w:p>
        </w:tc>
        <w:tc>
          <w:tcPr>
            <w:tcW w:type="dxa" w:w="3360"/>
          </w:tcPr>
          <w:p>
            <w:r>
              <w:t>[State whether excluded from design fee]</w:t>
            </w:r>
          </w:p>
        </w:tc>
      </w:tr>
      <w:tr>
        <w:trPr>
          <w:cantSplit/>
        </w:trPr>
        <w:tc>
          <w:tcPr>
            <w:tcW w:type="dxa" w:w="3360"/>
          </w:tcPr>
          <w:p>
            <w:r>
              <w:t>Shipping, purchasing and installation</w:t>
            </w:r>
          </w:p>
        </w:tc>
        <w:tc>
          <w:tcPr>
            <w:tcW w:type="dxa" w:w="3360"/>
          </w:tcPr>
          <w:p>
            <w:r>
              <w:t>[Amount or to be confirmed]</w:t>
            </w:r>
          </w:p>
        </w:tc>
        <w:tc>
          <w:tcPr>
            <w:tcW w:type="dxa" w:w="3360"/>
          </w:tcPr>
          <w:p>
            <w:r>
              <w:t>[Specify]</w:t>
            </w:r>
          </w:p>
        </w:tc>
      </w:tr>
    </w:tbl>
    <w:p/>
    <w:p>
      <w:r>
        <w:t>Payment stages: [Amount / percentage and due milestone for each payment.]</w:t>
      </w:r>
    </w:p>
    <w:p>
      <w:pPr>
        <w:pStyle w:val="Heading1"/>
      </w:pPr>
      <w:r>
        <w:t>6. Approval and next step</w:t>
      </w:r>
    </w:p>
    <w:p>
      <w:r>
        <w:t>[State the chosen scope or package, required confirmation, proposed start date and how the client should respond.]</w:t>
      </w:r>
    </w:p>
    <w:p>
      <w:r>
        <w:t>Client: [Name]</w:t>
        <w:br/>
        <w:t>Approval / reference: [Record or signature according to your process]</w:t>
        <w:br/>
        <w:t>Date: [Date]</w:t>
      </w:r>
    </w:p>
    <w:p>
      <w:pPr>
        <w:pStyle w:val="Heading1"/>
      </w:pPr>
      <w:r>
        <w:t>Before sending</w:t>
      </w:r>
    </w:p>
    <w:p>
      <w:r>
        <w:t>Check project details, replace all placeholders, label images, count deliverables, separate design fees from purchases, confirm dates and specify one next step.</w:t>
      </w:r>
    </w:p>
    <w:p>
      <w:r>
        <w:rPr>
          <w:color w:val="52645A"/>
          <w:sz w:val="16"/>
        </w:rPr>
        <w:t>Create visual concepts: https://moldaspace.com/visualization/ai-rendering</w:t>
        <w:br/>
        <w:t>Filled example: https://moldaspace.com/blog/interior-design-proposal-examples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MoldaSpace  |  Interior design proposal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94E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94E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94E39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proposal template</dc:title>
  <dc:subject/>
  <dc:creator>MoldaSpace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